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b/>
          <w:color w:val="153553"/>
          <w:sz w:val="21"/>
        </w:rPr>
        <w:t>ΙΟΝΙΟ ΠΑΝΕΠΙΣΤΗΜΙΟ</w:t>
      </w:r>
    </w:p>
    <w:p>
      <w:pPr>
        <w:spacing w:before="0" w:after="0"/>
        <w:jc w:val="center"/>
      </w:pPr>
      <w:r>
        <w:rPr>
          <w:b w:val="0"/>
          <w:sz w:val="17"/>
        </w:rPr>
        <w:t>ΣΧΟΛΗ ΕΠΙΣΤΗΜΗΣ ΤΗΣ ΠΛΗΡΟΦΟΡΙΑΣ ΚΑΙ ΠΛΗΡΟΦΟΡΙΚΗΣ</w:t>
      </w:r>
    </w:p>
    <w:p>
      <w:pPr>
        <w:spacing w:before="0" w:after="0"/>
        <w:jc w:val="center"/>
      </w:pPr>
      <w:r>
        <w:rPr>
          <w:b/>
          <w:sz w:val="18"/>
        </w:rPr>
        <w:t>ΤΜΗΜΑ ΕΠΙΣΤΗΜΗΣ ΤΗΣ ΠΛΗΡΟΦΟΡΙΑΣ  |  ΓΡΑΜΜΑΤΕΙΑ</w:t>
      </w:r>
    </w:p>
    <w:p>
      <w:pPr>
        <w:spacing w:before="140" w:after="20"/>
        <w:jc w:val="center"/>
      </w:pPr>
      <w:r>
        <w:rPr>
          <w:b/>
          <w:color w:val="153553"/>
          <w:sz w:val="24"/>
        </w:rPr>
        <w:t>ΑΙΤΗΣΗ ΣΥΜΜΕΤΟΧΗΣ ΣΤΙΣ ΚΑΤΑΤΑΚΤΗΡΙΕΣ ΕΞΕΤΑΣΕΙΣ</w:t>
      </w:r>
    </w:p>
    <w:p>
      <w:pPr>
        <w:spacing w:before="0" w:after="140"/>
        <w:jc w:val="center"/>
      </w:pPr>
      <w:r>
        <w:rPr>
          <w:b w:val="0"/>
          <w:sz w:val="19"/>
        </w:rPr>
        <w:t>Ακαδημαϊκό έτος 2026–2027</w:t>
      </w:r>
    </w:p>
    <w:p>
      <w:pPr>
        <w:spacing w:before="0" w:after="100"/>
      </w:pPr>
      <w:r>
        <w:rPr>
          <w:b/>
        </w:rPr>
        <w:t xml:space="preserve">Προς: </w:t>
      </w:r>
      <w:r>
        <w:rPr>
          <w:b w:val="0"/>
        </w:rPr>
        <w:t>τη Γραμματεία του Τμήματος Επιστήμης της Πληροφορίας του Ιονίου Πανεπιστημίου</w:t>
      </w:r>
    </w:p>
    <w:p>
      <w:pPr>
        <w:pStyle w:val="SectionTitle"/>
        <w:spacing w:before="180" w:after="80"/>
        <w:shd w:fill="EFF3F7"/>
      </w:pPr>
      <w:r>
        <w:t>Α. ΣΤΟΙΧΕΙΑ ΥΠΟΨΗΦΙΟΥ/ΑΣ</w:t>
      </w:r>
    </w:p>
    <w:tbl>
      <w:tblPr>
        <w:tblW w:type="auto" w:w="0"/>
        <w:jc w:val="center"/>
        <w:tblLayout w:type="fixed"/>
        <w:tblLook w:firstColumn="1" w:firstRow="1" w:lastColumn="0" w:lastRow="0" w:noHBand="0" w:noVBand="1" w:val="04A0"/>
      </w:tblPr>
      <w:tblGrid>
        <w:gridCol w:w="4986"/>
        <w:gridCol w:w="4986"/>
      </w:tblGrid>
      <w:tr>
        <w:tc>
          <w:tcPr>
            <w:tcW w:type="dxa" w:w="4986"/>
            <w:vAlign w:val="center"/>
            <w:tcMar>
              <w:top w:w="72" w:type="dxa"/>
              <w:start w:w="115" w:type="dxa"/>
              <w:bottom w:w="68" w:type="dxa"/>
              <w:end w:w="115" w:type="dxa"/>
            </w:tcMar>
            <w:tcBorders>
              <w:bottom w:val="single" w:sz="5" w:color="B9C5D1"/>
            </w:tcBorders>
          </w:tcPr>
          <w:p>
            <w:pPr>
              <w:spacing w:after="160"/>
            </w:pPr>
            <w:r>
              <w:rPr>
                <w:b/>
                <w:color w:val="444E5A"/>
                <w:sz w:val="16"/>
              </w:rPr>
              <w:t>Επώνυμο</w:t>
            </w:r>
          </w:p>
        </w:tc>
        <w:tc>
          <w:tcPr>
            <w:tcW w:type="dxa" w:w="4986"/>
            <w:vAlign w:val="center"/>
            <w:tcMar>
              <w:top w:w="72" w:type="dxa"/>
              <w:start w:w="115" w:type="dxa"/>
              <w:bottom w:w="68" w:type="dxa"/>
              <w:end w:w="115" w:type="dxa"/>
            </w:tcMar>
            <w:tcBorders>
              <w:bottom w:val="single" w:sz="5" w:color="B9C5D1"/>
            </w:tcBorders>
          </w:tcPr>
          <w:p>
            <w:pPr>
              <w:spacing w:after="160"/>
            </w:pPr>
            <w:r>
              <w:rPr>
                <w:b/>
                <w:color w:val="444E5A"/>
                <w:sz w:val="16"/>
              </w:rPr>
              <w:t>Όνομα</w:t>
            </w:r>
          </w:p>
        </w:tc>
      </w:tr>
    </w:tbl>
    <w:tbl>
      <w:tblPr>
        <w:tblW w:type="auto" w:w="0"/>
        <w:jc w:val="center"/>
        <w:tblLayout w:type="fixed"/>
        <w:tblLook w:firstColumn="1" w:firstRow="1" w:lastColumn="0" w:lastRow="0" w:noHBand="0" w:noVBand="1" w:val="04A0"/>
      </w:tblPr>
      <w:tblGrid>
        <w:gridCol w:w="4986"/>
        <w:gridCol w:w="4986"/>
      </w:tblGrid>
      <w:tr>
        <w:tc>
          <w:tcPr>
            <w:tcW w:type="dxa" w:w="4986"/>
            <w:vAlign w:val="center"/>
            <w:tcMar>
              <w:top w:w="72" w:type="dxa"/>
              <w:start w:w="115" w:type="dxa"/>
              <w:bottom w:w="68" w:type="dxa"/>
              <w:end w:w="115" w:type="dxa"/>
            </w:tcMar>
            <w:tcBorders>
              <w:bottom w:val="single" w:sz="5" w:color="B9C5D1"/>
            </w:tcBorders>
          </w:tcPr>
          <w:p>
            <w:pPr>
              <w:spacing w:after="160"/>
            </w:pPr>
            <w:r>
              <w:rPr>
                <w:b/>
                <w:color w:val="444E5A"/>
                <w:sz w:val="16"/>
              </w:rPr>
              <w:t>Πατρώνυμο</w:t>
            </w:r>
          </w:p>
        </w:tc>
        <w:tc>
          <w:tcPr>
            <w:tcW w:type="dxa" w:w="4986"/>
            <w:vAlign w:val="center"/>
            <w:tcMar>
              <w:top w:w="72" w:type="dxa"/>
              <w:start w:w="115" w:type="dxa"/>
              <w:bottom w:w="68" w:type="dxa"/>
              <w:end w:w="115" w:type="dxa"/>
            </w:tcMar>
            <w:tcBorders>
              <w:bottom w:val="single" w:sz="5" w:color="B9C5D1"/>
            </w:tcBorders>
          </w:tcPr>
          <w:p>
            <w:pPr>
              <w:spacing w:after="160"/>
            </w:pPr>
            <w:r>
              <w:rPr>
                <w:b/>
                <w:color w:val="444E5A"/>
                <w:sz w:val="16"/>
              </w:rPr>
              <w:t>Μητρώνυμο</w:t>
            </w:r>
          </w:p>
        </w:tc>
      </w:tr>
    </w:tbl>
    <w:tbl>
      <w:tblPr>
        <w:tblW w:type="auto" w:w="0"/>
        <w:jc w:val="center"/>
        <w:tblLayout w:type="fixed"/>
        <w:tblLook w:firstColumn="1" w:firstRow="1" w:lastColumn="0" w:lastRow="0" w:noHBand="0" w:noVBand="1" w:val="04A0"/>
      </w:tblPr>
      <w:tblGrid>
        <w:gridCol w:w="4986"/>
        <w:gridCol w:w="4986"/>
      </w:tblGrid>
      <w:tr>
        <w:tc>
          <w:tcPr>
            <w:tcW w:type="dxa" w:w="4986"/>
            <w:vAlign w:val="center"/>
            <w:tcMar>
              <w:top w:w="72" w:type="dxa"/>
              <w:start w:w="115" w:type="dxa"/>
              <w:bottom w:w="68" w:type="dxa"/>
              <w:end w:w="115" w:type="dxa"/>
            </w:tcMar>
            <w:tcBorders>
              <w:bottom w:val="single" w:sz="5" w:color="B9C5D1"/>
            </w:tcBorders>
          </w:tcPr>
          <w:p>
            <w:pPr>
              <w:spacing w:after="160"/>
            </w:pPr>
            <w:r>
              <w:rPr>
                <w:b/>
                <w:color w:val="444E5A"/>
                <w:sz w:val="16"/>
              </w:rPr>
              <w:t>Αριθμός ταυτότητας / διαβατηρίου</w:t>
            </w:r>
          </w:p>
        </w:tc>
        <w:tc>
          <w:tcPr>
            <w:tcW w:type="dxa" w:w="4986"/>
            <w:vAlign w:val="center"/>
            <w:tcMar>
              <w:top w:w="72" w:type="dxa"/>
              <w:start w:w="115" w:type="dxa"/>
              <w:bottom w:w="68" w:type="dxa"/>
              <w:end w:w="115" w:type="dxa"/>
            </w:tcMar>
            <w:tcBorders>
              <w:bottom w:val="single" w:sz="5" w:color="B9C5D1"/>
            </w:tcBorders>
          </w:tcPr>
          <w:p>
            <w:pPr>
              <w:spacing w:after="160"/>
            </w:pPr>
            <w:r>
              <w:rPr>
                <w:b/>
                <w:color w:val="444E5A"/>
                <w:sz w:val="16"/>
              </w:rPr>
              <w:t>Τηλέφωνο επικοινωνίας</w:t>
            </w:r>
          </w:p>
        </w:tc>
      </w:tr>
    </w:tbl>
    <w:tbl>
      <w:tblPr>
        <w:tblW w:type="auto" w:w="0"/>
        <w:jc w:val="center"/>
        <w:tblLayout w:type="fixed"/>
        <w:tblLook w:firstColumn="1" w:firstRow="1" w:lastColumn="0" w:lastRow="0" w:noHBand="0" w:noVBand="1" w:val="04A0"/>
      </w:tblPr>
      <w:tblGrid>
        <w:gridCol w:w="4986"/>
        <w:gridCol w:w="4986"/>
      </w:tblGrid>
      <w:tr>
        <w:tc>
          <w:tcPr>
            <w:tcW w:type="dxa" w:w="9972"/>
            <w:vAlign w:val="center"/>
            <w:tcMar>
              <w:top w:w="72" w:type="dxa"/>
              <w:start w:w="115" w:type="dxa"/>
              <w:bottom w:w="68" w:type="dxa"/>
              <w:end w:w="115" w:type="dxa"/>
            </w:tcMar>
            <w:gridSpan w:val="2"/>
            <w:tcBorders>
              <w:bottom w:val="single" w:sz="5" w:color="B9C5D1"/>
            </w:tcBorders>
          </w:tcPr>
          <w:p>
            <w:pPr>
              <w:spacing w:after="160"/>
            </w:pPr>
            <w:r>
              <w:rPr>
                <w:b/>
                <w:color w:val="444E5A"/>
                <w:sz w:val="16"/>
              </w:rPr>
              <w:t>Ηλεκτρονική διεύθυνση (e-mail)</w:t>
            </w:r>
          </w:p>
          <w:p>
            <w:pPr>
              <w:spacing w:after="160"/>
            </w:pPr>
            <w:r>
              <w:rPr>
                <w:b/>
                <w:color w:val="444E5A"/>
                <w:sz w:val="16"/>
              </w:rPr>
            </w:r>
          </w:p>
        </w:tc>
      </w:tr>
    </w:tbl>
    <w:tbl>
      <w:tblPr>
        <w:tblW w:type="auto" w:w="0"/>
        <w:jc w:val="center"/>
        <w:tblLayout w:type="fixed"/>
        <w:tblLook w:firstColumn="1" w:firstRow="1" w:lastColumn="0" w:lastRow="0" w:noHBand="0" w:noVBand="1" w:val="04A0"/>
      </w:tblPr>
      <w:tblGrid>
        <w:gridCol w:w="4986"/>
        <w:gridCol w:w="4986"/>
      </w:tblGrid>
      <w:tr>
        <w:tc>
          <w:tcPr>
            <w:tcW w:type="dxa" w:w="4986"/>
            <w:vAlign w:val="center"/>
            <w:tcMar>
              <w:top w:w="72" w:type="dxa"/>
              <w:start w:w="115" w:type="dxa"/>
              <w:bottom w:w="68" w:type="dxa"/>
              <w:end w:w="115" w:type="dxa"/>
            </w:tcMar>
            <w:tcBorders>
              <w:bottom w:val="single" w:sz="5" w:color="B9C5D1"/>
            </w:tcBorders>
          </w:tcPr>
          <w:p>
            <w:pPr>
              <w:spacing w:after="160"/>
            </w:pPr>
            <w:r>
              <w:rPr>
                <w:b/>
                <w:color w:val="444E5A"/>
                <w:sz w:val="16"/>
              </w:rPr>
              <w:t>Διεύθυνση κατοικίας</w:t>
            </w:r>
          </w:p>
        </w:tc>
        <w:tc>
          <w:tcPr>
            <w:tcW w:type="dxa" w:w="4986"/>
            <w:vAlign w:val="center"/>
            <w:tcMar>
              <w:top w:w="72" w:type="dxa"/>
              <w:start w:w="115" w:type="dxa"/>
              <w:bottom w:w="68" w:type="dxa"/>
              <w:end w:w="115" w:type="dxa"/>
            </w:tcMar>
            <w:tcBorders>
              <w:bottom w:val="single" w:sz="5" w:color="B9C5D1"/>
            </w:tcBorders>
          </w:tcPr>
          <w:p>
            <w:pPr>
              <w:spacing w:after="160"/>
            </w:pPr>
            <w:r>
              <w:rPr>
                <w:b/>
                <w:color w:val="444E5A"/>
                <w:sz w:val="16"/>
              </w:rPr>
              <w:t>Τ.Κ. / Πόλη</w:t>
            </w:r>
          </w:p>
        </w:tc>
      </w:tr>
    </w:tbl>
    <w:p>
      <w:pPr>
        <w:pStyle w:val="SectionTitle"/>
        <w:spacing w:before="180" w:after="80"/>
        <w:shd w:fill="EFF3F7"/>
      </w:pPr>
      <w:r>
        <w:t>Β. ΤΙΤΛΟΣ ΣΠΟΥΔΩΝ / ΚΑΤΗΓΟΡΙΑ ΥΠΟΨΗΦΙΟΥ</w:t>
      </w:r>
    </w:p>
    <w:p>
      <w:pPr>
        <w:spacing w:before="0" w:after="100"/>
      </w:pPr>
      <w:r>
        <w:rPr>
          <w:b w:val="0"/>
          <w:sz w:val="18"/>
        </w:rPr>
        <w:t>Επιλέξτε την κατηγορία στην οποία υπάγεστε:</w:t>
      </w:r>
    </w:p>
    <w:p>
      <w:pPr>
        <w:spacing w:before="0" w:after="40"/>
      </w:pPr>
      <w:r>
        <w:rPr>
          <w:b w:val="0"/>
          <w:sz w:val="18"/>
        </w:rPr>
        <w:t>☐  Πτυχιούχος ιδρύματος της ημεδαπής</w:t>
      </w:r>
    </w:p>
    <w:p>
      <w:pPr>
        <w:spacing w:before="0" w:after="40"/>
      </w:pPr>
      <w:r>
        <w:rPr>
          <w:b w:val="0"/>
          <w:sz w:val="18"/>
        </w:rPr>
        <w:t>☐  Πτυχιούχος ιδρύματος της αλλοδαπής</w:t>
      </w:r>
    </w:p>
    <w:p>
      <w:pPr>
        <w:spacing w:before="0" w:after="40"/>
      </w:pPr>
      <w:r>
        <w:rPr>
          <w:b w:val="0"/>
          <w:sz w:val="18"/>
        </w:rPr>
        <w:t>☐  Κάτοχος πιστοποιητικού του άρθρου 76 παρ. 1 του ν. 4957/2022 (τουλάχιστον 120 ECTS)</w:t>
      </w:r>
    </w:p>
    <w:p>
      <w:pPr>
        <w:spacing w:before="100" w:after="20"/>
      </w:pPr>
      <w:r>
        <w:rPr>
          <w:b/>
          <w:sz w:val="18"/>
        </w:rPr>
        <w:t xml:space="preserve">Ίδρυμα / Τμήμα προέλευσης: </w:t>
      </w:r>
      <w:r>
        <w:rPr>
          <w:b w:val="0"/>
          <w:sz w:val="18"/>
        </w:rPr>
        <w:t>..........................................................................................</w:t>
      </w:r>
    </w:p>
    <w:p>
      <w:pPr>
        <w:spacing w:before="0" w:after="20"/>
      </w:pPr>
      <w:r>
        <w:rPr>
          <w:b/>
          <w:sz w:val="18"/>
        </w:rPr>
        <w:t xml:space="preserve">Τίτλος σπουδών / πιστοποιητικό: </w:t>
      </w:r>
      <w:r>
        <w:rPr>
          <w:b w:val="0"/>
          <w:sz w:val="18"/>
        </w:rPr>
        <w:t>...................................................................................</w:t>
      </w:r>
    </w:p>
    <w:p>
      <w:pPr>
        <w:spacing w:before="0" w:after="0"/>
      </w:pPr>
      <w:r>
        <w:rPr>
          <w:b/>
          <w:sz w:val="18"/>
        </w:rPr>
        <w:t xml:space="preserve">Χώρα: </w:t>
      </w:r>
      <w:r>
        <w:rPr>
          <w:b w:val="0"/>
          <w:sz w:val="18"/>
        </w:rPr>
        <w:t xml:space="preserve">.................................................. </w:t>
      </w:r>
      <w:r>
        <w:rPr>
          <w:b/>
          <w:sz w:val="18"/>
        </w:rPr>
        <w:t xml:space="preserve">Έτος κτήσης (εφόσον υπάρχει): </w:t>
      </w:r>
      <w:r>
        <w:rPr>
          <w:b w:val="0"/>
          <w:sz w:val="18"/>
        </w:rPr>
        <w:t>................</w:t>
      </w:r>
    </w:p>
    <w:p>
      <w:pPr>
        <w:pStyle w:val="SectionTitle"/>
        <w:spacing w:before="180" w:after="80"/>
        <w:shd w:fill="EFF3F7"/>
      </w:pPr>
      <w:r>
        <w:t>Γ. ΑΙΤΗΜΑ</w:t>
      </w:r>
    </w:p>
    <w:p>
      <w:pPr>
        <w:spacing w:before="0" w:after="0"/>
      </w:pPr>
      <w:r>
        <w:rPr>
          <w:b w:val="0"/>
          <w:sz w:val="18"/>
        </w:rPr>
        <w:t>Παρακαλώ να γίνει δεκτή η αίτησή μου για συμμετοχή στις κατατακτήριες εξετάσεις του Τμήματος Επιστήμης της Πληροφορίας του Ιονίου Πανεπιστημίου για το ακαδημαϊκό έτος 2026–2027, σύμφωνα με την ισχύουσα νομοθεσία και τη σχετική ανακοίνωση του Τμήματος.</w:t>
      </w:r>
    </w:p>
    <w:p>
      <w:pPr>
        <w:pStyle w:val="SectionTitle"/>
        <w:spacing w:before="180" w:after="80"/>
        <w:shd w:fill="EFF3F7"/>
      </w:pPr>
      <w:r>
        <w:t>Δ. ΣΥΝΗΜΜΕΝΑ ΔΙΚΑΙΟΛΟΓΗΤΙΚΑ</w:t>
      </w:r>
    </w:p>
    <w:p>
      <w:pPr>
        <w:spacing w:before="0" w:after="20"/>
      </w:pPr>
      <w:r>
        <w:rPr>
          <w:b w:val="0"/>
          <w:sz w:val="17"/>
        </w:rPr>
        <w:t>☐  Αντίγραφο πτυχίου ή πιστοποιητικό περάτωσης σπουδών</w:t>
      </w:r>
    </w:p>
    <w:p>
      <w:pPr>
        <w:spacing w:before="0" w:after="20"/>
      </w:pPr>
      <w:r>
        <w:rPr>
          <w:b w:val="0"/>
          <w:sz w:val="17"/>
        </w:rPr>
        <w:t>☐  Πιστοποιητικό άρθρου 76 παρ. 1 ν. 4957/2022 (όπου εφαρμόζεται)</w:t>
      </w:r>
    </w:p>
    <w:p>
      <w:pPr>
        <w:spacing w:before="0" w:after="20"/>
      </w:pPr>
      <w:r>
        <w:rPr>
          <w:b w:val="0"/>
          <w:sz w:val="17"/>
        </w:rPr>
        <w:t>☐  Αντίγραφο εγγράφου ταυτοποίησης</w:t>
      </w:r>
    </w:p>
    <w:p>
      <w:pPr>
        <w:spacing w:before="0" w:after="20"/>
      </w:pPr>
      <w:r>
        <w:rPr>
          <w:b w:val="0"/>
          <w:sz w:val="17"/>
        </w:rPr>
        <w:t>☐  Συμπληρωματικά δικαιολογητικά για τίτλο αλλοδαπής (όπου εφαρμόζεται)</w:t>
      </w:r>
    </w:p>
    <w:p>
      <w:pPr>
        <w:spacing w:before="0" w:after="20"/>
      </w:pPr>
      <w:r>
        <w:rPr>
          <w:b w:val="0"/>
          <w:sz w:val="17"/>
        </w:rPr>
        <w:t>☐  Χωριστό αίτημα ειδικού τρόπου εξέτασης με τα προβλεπόμενα δικαιολογητικά (όπου εφαρμόζεται)</w:t>
      </w:r>
    </w:p>
    <w:p>
      <w:pPr>
        <w:spacing w:before="100" w:after="0"/>
      </w:pPr>
      <w:r>
        <w:rPr>
          <w:b w:val="0"/>
          <w:sz w:val="17"/>
        </w:rPr>
        <w:t>Δηλώνω ότι τα στοιχεία της αίτησης και των συνημμένων είναι ακριβή κατά τη γνώση μου.</w:t>
      </w:r>
    </w:p>
    <w:p>
      <w:pPr>
        <w:spacing w:before="80" w:after="0"/>
      </w:pPr>
      <w:r>
        <w:rPr>
          <w:b/>
          <w:color w:val="444E5A"/>
          <w:sz w:val="16"/>
        </w:rPr>
        <w:t xml:space="preserve">Ενημέρωση προσωπικών δεδομένων: </w:t>
      </w:r>
      <w:r>
        <w:rPr>
          <w:b w:val="0"/>
          <w:color w:val="444E5A"/>
          <w:sz w:val="16"/>
        </w:rPr>
        <w:t>Τα στοιχεία χρησιμοποιούνται από το Ιόνιο Πανεπιστήμιο για την εξέταση της αίτησης σύμφωνα με την ισχύουσα νομοθεσία και την πολιτική προστασίας δεδομένων του Ιδρύματος.</w:t>
      </w:r>
    </w:p>
    <w:p>
      <w:pPr>
        <w:spacing w:before="100" w:after="0"/>
      </w:pPr>
    </w:p>
    <w:tbl>
      <w:tblPr>
        <w:tblW w:type="auto" w:w="0"/>
        <w:tblLayout w:type="fixed"/>
        <w:tblLook w:firstColumn="1" w:firstRow="1" w:lastColumn="0" w:lastRow="0" w:noHBand="0" w:noVBand="1" w:val="04A0"/>
      </w:tblPr>
      <w:tblGrid>
        <w:gridCol w:w="4986"/>
        <w:gridCol w:w="4986"/>
      </w:tblGrid>
      <w:tr>
        <w:tc>
          <w:tcPr>
            <w:tcW w:type="dxa" w:w="4986"/>
            <w:tcMar>
              <w:top w:w="30" w:type="dxa"/>
              <w:start w:w="60" w:type="dxa"/>
              <w:bottom w:w="30" w:type="dxa"/>
              <w:end w:w="60" w:type="dxa"/>
            </w:tcMar>
          </w:tcPr>
          <w:p>
            <w:r>
              <w:rPr>
                <w:b/>
                <w:sz w:val="18"/>
              </w:rPr>
              <w:t>Τόπος, ημερομηνία:</w:t>
            </w:r>
          </w:p>
          <w:p>
            <w:pPr>
              <w:spacing w:before="180" w:after="0"/>
            </w:pPr>
            <w:r>
              <w:rPr>
                <w:b w:val="0"/>
                <w:sz w:val="18"/>
              </w:rPr>
              <w:t>..............................................</w:t>
            </w:r>
          </w:p>
        </w:tc>
        <w:tc>
          <w:tcPr>
            <w:tcW w:type="dxa" w:w="4986"/>
            <w:tcMar>
              <w:top w:w="30" w:type="dxa"/>
              <w:start w:w="60" w:type="dxa"/>
              <w:bottom w:w="30" w:type="dxa"/>
              <w:end w:w="60" w:type="dxa"/>
            </w:tcMar>
          </w:tcPr>
          <w:p>
            <w:pPr>
              <w:jc w:val="center"/>
            </w:pPr>
            <w:r>
              <w:rPr>
                <w:b/>
                <w:sz w:val="18"/>
              </w:rPr>
              <w:t>Ο/Η αιτών/ούσα</w:t>
            </w:r>
          </w:p>
          <w:p>
            <w:pPr>
              <w:spacing w:before="180" w:after="0"/>
              <w:jc w:val="center"/>
            </w:pPr>
            <w:r>
              <w:rPr>
                <w:b w:val="0"/>
                <w:sz w:val="18"/>
              </w:rPr>
              <w:t>..............................................</w:t>
            </w:r>
          </w:p>
        </w:tc>
      </w:tr>
    </w:tbl>
    <w:sectPr w:rsidR="00FC693F" w:rsidRPr="0006063C" w:rsidSect="00034616">
      <w:footerReference w:type="default" r:id="rId9"/>
      <w:pgSz w:w="12240" w:h="15840"/>
      <w:pgMar w:top="765" w:right="1134" w:bottom="709" w:left="1134" w:header="369"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E78"/>
        <w:sz w:val="16"/>
      </w:rPr>
      <w:t>Γραμματεία Τμήματος Επιστήμης της Πληροφορίας  •  archei@ionio.gr  •  26610 87418 / 87445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2" w:lineRule="auto"/>
    </w:pPr>
    <w:rPr>
      <w:rFonts w:ascii="Aptos" w:hAnsi="Aptos"/>
      <w:color w:val="222B3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Title"/>
    <w:pPr>
      <w:spacing w:before="0" w:after="0"/>
    </w:pPr>
    <w:rPr>
      <w:rFonts w:ascii="Aptos" w:hAnsi="Aptos"/>
      <w:b/>
      <w:color w:val="153553"/>
      <w:sz w:val="26"/>
    </w:rPr>
  </w:style>
  <w:style w:type="paragraph" w:customStyle="1" w:styleId="SectionTitle">
    <w:name w:val="SectionTitle"/>
    <w:pPr>
      <w:spacing w:before="0" w:after="0"/>
    </w:pPr>
    <w:rPr>
      <w:rFonts w:ascii="Aptos" w:hAnsi="Aptos"/>
      <w:b/>
      <w:color w:val="153553"/>
      <w:sz w:val="20"/>
    </w:rPr>
  </w:style>
  <w:style w:type="paragraph" w:customStyle="1" w:styleId="SmallNote">
    <w:name w:val="SmallNote"/>
    <w:pPr>
      <w:spacing w:before="0" w:after="0"/>
    </w:pPr>
    <w:rPr>
      <w:rFonts w:ascii="Aptos" w:hAnsi="Aptos"/>
      <w:b w:val="0"/>
      <w:color w:val="4B5764"/>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Αίτηση συμμετοχής στις κατατακτήριες εξετάσεις 2026–2027</dc:title>
  <dc:subject>Υπόδειγμα αίτησης – Τμήμα Επιστήμης της Πληροφορίας</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